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3: Fun Literacy Games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3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Game-Based Literacy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Tebak Kata, Puzzle Alfabet, dan Sambung Kata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memperkaya kosa kata (vocabulary) melalui permainan literasi.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melatih ketangkasan berpikir kritis dan kerja sama tim dalam menyusun huruf/kata.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meningkatkan konsentrasi dan kemampuan mendengarkan.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mengasah kemampuan olah kata, penyusunan huruf, dan kerja sama kelompok melalui ragam permainan edukatif yang menyenangkan.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aktif terlibat dalam ketiga jenis permainan (Tebak Kata, Puzzle Alfabet, Sambung Kata).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bekerja sama menyusun kata atau puzzle tepat waktu.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mengikuti aturan permainan secara sportif.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Pengayaan Kosa Kata: Pembentukan kata dari susunan huruf.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Struktur Kata dan Kalimat: Hubungan antar kata dalam permainan sambung kata.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Permainan Kelompok (Gamification)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Kerja Sama Tim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Kompetisi Edukatif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Kartu huruf / Puzzle Alfabet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Kartu kata untuk peragaan Tebak Kata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Papan tulis kecil / Kertas hvs &amp; spidol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Pembukaan, registrasi, doa, dan yel-yel SLC.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Pembagian kelompok kecil (3–4 anak per kelompok).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30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Pos 1 - Puzzle Alfabet: Kelompok berlomba menyusun kartu huruf menjadi kata yang ditargetkan fasilitator.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Pos 2 - Tebak Kata: Perwakilan kelompok meragakan kata tanpa suara, anggota lain menebak kata tersebut.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Pos 3 - Sambung Kata: Anak pertama menyebutkan satu kata, anak berikutnya melanjutkan dengan kata lain yang membentuk kalimat/cerita utuh.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7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Pengumuman apresiasi kelompok paling kompak.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Refleksi permainan, foto bersama, dan doa penutup.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Pengetahuan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Unjuk Kerja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Penguasaan kosa kata dan penyusunan kata/kalimat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Sportivitas dan kerja sama kelompok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Praktik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Kecepatan dan ketepatan menyusun puzzle alfabet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Evaluasi kosa kata baru yang didapatkan peserta untuk digunakan dalam sesi membaca pada pertemuan selanjutnya.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